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color w:val="000000"/>
        </w:rPr>
        <w:t>Vzorový formulář pro odstoupení od smlouvy</w:t>
      </w:r>
    </w:p>
    <w:p>
      <w:pPr>
        <w:jc w:val="center"/>
      </w:pPr>
      <w:r>
        <w:rPr>
          <w:b/>
          <w:sz w:val="25"/>
        </w:rPr>
        <w:t>YORVADO Solutions s.r.o.</w:t>
      </w:r>
    </w:p>
    <w:p>
      <w:pPr>
        <w:pStyle w:val="DraftNote"/>
        <w:jc w:val="center"/>
      </w:pPr>
      <w:r>
        <w:t>Verze 2026-10-03. Tento dokument obsahuje poučení a dobrovolně použitelný vzor oznámení o odstoupení od spotřebitelské smlouvy.</w:t>
      </w:r>
    </w:p>
    <w:p>
      <w:r>
        <w:t>Vyplňte a odešlete tento formulář pouze tehdy, chcete-li odstoupit od smlouvy. Použití tohoto formuláře není povinné; postačí jakékoli včasné a jednoznačné prohlášení o odstoupení. Důvod odstoupení nemusíte uvádět.</w:t>
      </w:r>
    </w:p>
    <w:p>
      <w:pPr/>
      <w:r>
        <w:t>Poučení: spotřebitel má u služby sjednané na dálku zpravidla 14 dnů od uzavření smlouvy na odstoupení. Lhůta běží od následujícího dne; k zachování postačí včasné odeslání jednoznačného oznámení e-mailem nebo poštou. Zvláštní žádost o dřívější zahájení je dobrovolná a oddělená od objednávky. Při odstoupení po takto vyžádaném zahájení se hradí pouze skutečně poskytnutá poměrná část; bez řádné žádosti a poučení se nehradí. Po úplném poskytnutí služby na výslovnou žádost zaniká právo odstoupit pouze při předchozím poučení o tomto následku. Příslušné peníze se vracejí bez zbytečného odkladu, nejpozději do 14 dnů od oznámení, stejným způsobem, není-li bez dalších nákladů dohodnuto jinak. Samotná skutečnost, že je služba na míru, nezakládá výjimku pro zboží vyrobené na míru.</w:t>
      </w:r>
    </w:p>
    <w:p>
      <w:pPr>
        <w:pStyle w:val="Heading1"/>
      </w:pPr>
      <w:r>
        <w:rPr>
          <w:color w:val="000000"/>
        </w:rPr>
        <w:t>Adresát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fill="F2F2F2"/>
            <w:vAlign w:val="top"/>
          </w:tcPr>
          <w:p>
            <w:r>
              <w:rPr>
                <w:b/>
              </w:rPr>
              <w:t>Obchodní firma</w:t>
            </w:r>
          </w:p>
        </w:tc>
        <w:tc>
          <w:tcPr>
            <w:tcW w:type="dxa" w:w="4986"/>
            <w:vAlign w:val="top"/>
          </w:tcPr>
          <w:p>
            <w:r>
              <w:t>YORVADO Solutions s.r.o.</w:t>
            </w:r>
          </w:p>
        </w:tc>
      </w:tr>
      <w:tr>
        <w:tc>
          <w:tcPr>
            <w:tcW w:type="dxa" w:w="4986"/>
            <w:shd w:fill="F2F2F2"/>
            <w:vAlign w:val="top"/>
          </w:tcPr>
          <w:p>
            <w:r>
              <w:rPr>
                <w:b/>
              </w:rPr>
              <w:t>IČO</w:t>
            </w:r>
          </w:p>
        </w:tc>
        <w:tc>
          <w:tcPr>
            <w:tcW w:type="dxa" w:w="4986"/>
            <w:vAlign w:val="top"/>
          </w:tcPr>
          <w:p>
            <w:r>
              <w:t>30051533</w:t>
            </w:r>
          </w:p>
        </w:tc>
      </w:tr>
      <w:tr>
        <w:tc>
          <w:tcPr>
            <w:tcW w:type="dxa" w:w="4986"/>
            <w:shd w:fill="F2F2F2"/>
            <w:vAlign w:val="top"/>
          </w:tcPr>
          <w:p>
            <w:r>
              <w:rPr>
                <w:b/>
              </w:rPr>
              <w:t>Sídlo</w:t>
            </w:r>
          </w:p>
        </w:tc>
        <w:tc>
          <w:tcPr>
            <w:tcW w:type="dxa" w:w="4986"/>
            <w:vAlign w:val="top"/>
          </w:tcPr>
          <w:p>
            <w:r>
              <w:t>kpt. Nálepky 962/13, 779 00 Olomouc, Česká republika</w:t>
            </w:r>
          </w:p>
        </w:tc>
      </w:tr>
      <w:tr>
        <w:tc>
          <w:tcPr>
            <w:tcW w:type="dxa" w:w="4986"/>
            <w:shd w:fill="F2F2F2"/>
            <w:vAlign w:val="top"/>
          </w:tcPr>
          <w:p>
            <w:r>
              <w:rPr>
                <w:b/>
              </w:rPr>
              <w:t>E-mail pro odstoupení</w:t>
            </w:r>
          </w:p>
        </w:tc>
        <w:tc>
          <w:tcPr>
            <w:tcW w:type="dxa" w:w="4986"/>
            <w:vAlign w:val="top"/>
          </w:tcPr>
          <w:p>
            <w:r>
              <w:t>info@yorvado.cz</w:t>
            </w:r>
          </w:p>
        </w:tc>
      </w:tr>
      <w:tr>
        <w:tc>
          <w:tcPr>
            <w:tcW w:type="dxa" w:w="4986"/>
            <w:shd w:fill="F2F2F2"/>
            <w:vAlign w:val="top"/>
          </w:tcPr>
          <w:p>
            <w:r>
              <w:rPr>
                <w:b/>
              </w:rPr>
              <w:t>Studium v klidu</w:t>
            </w:r>
          </w:p>
        </w:tc>
        <w:tc>
          <w:tcPr>
            <w:tcW w:type="dxa" w:w="4986"/>
            <w:vAlign w:val="top"/>
          </w:tcPr>
          <w:p>
            <w:r>
              <w:t>Odstoupení lze zaslat také na info@studiumvklidu.cz, týká-li se této služby.</w:t>
            </w:r>
          </w:p>
        </w:tc>
      </w:tr>
      <w:tr>
        <w:tc>
          <w:tcPr>
            <w:tcW w:type="dxa" w:w="4986"/>
          </w:tcPr>
          <w:p>
            <w:r>
              <w:t>Telefon pro dotazy</w:t>
            </w:r>
          </w:p>
        </w:tc>
        <w:tc>
          <w:tcPr>
            <w:tcW w:type="dxa" w:w="4986"/>
          </w:tcPr>
          <w:p>
            <w:r>
              <w:t>777 126 350</w:t>
            </w:r>
          </w:p>
        </w:tc>
      </w:tr>
    </w:tbl>
    <w:p>
      <w:pPr>
        <w:pStyle w:val="Heading1"/>
      </w:pPr>
      <w:r>
        <w:rPr>
          <w:color w:val="000000"/>
        </w:rPr>
        <w:t>Údaje spotřebitele a smlouvy</w:t>
      </w:r>
    </w:p>
    <w:p>
      <w:r>
        <w:rPr>
          <w:b/>
        </w:rPr>
        <w:t>Jméno a příjmení spotřebitele:</w:t>
      </w:r>
      <w:r>
        <w:t xml:space="preserve"> ____________________________________________________________</w:t>
      </w:r>
    </w:p>
    <w:p>
      <w:r>
        <w:rPr>
          <w:b/>
        </w:rPr>
        <w:t>Adresa spotřebitele:</w:t>
      </w:r>
      <w:r>
        <w:t xml:space="preserve"> ____________________________________________________________</w:t>
      </w:r>
    </w:p>
    <w:p>
      <w:r>
        <w:rPr>
          <w:b/>
        </w:rPr>
        <w:t>E-mail použitý při uzavření smlouvy:</w:t>
      </w:r>
      <w:r>
        <w:t xml:space="preserve"> ____________________________________________________________</w:t>
      </w:r>
    </w:p>
    <w:p>
      <w:r>
        <w:rPr>
          <w:b/>
        </w:rPr>
        <w:t>Číslo / označení Zakázky nebo Nabídky:</w:t>
      </w:r>
      <w:r>
        <w:t xml:space="preserve"> ____________________________________________________________</w:t>
      </w:r>
    </w:p>
    <w:p>
      <w:r>
        <w:rPr>
          <w:b/>
        </w:rPr>
        <w:t>Datum uzavření smlouvy:</w:t>
      </w:r>
      <w:r>
        <w:t xml:space="preserve"> ____________________________________________________________</w:t>
      </w:r>
    </w:p>
    <w:p>
      <w:r>
        <w:rPr>
          <w:b/>
        </w:rPr>
        <w:t>Objednaná služba / projekt:</w:t>
      </w:r>
      <w:r>
        <w:t xml:space="preserve"> ____________________________________________________________</w:t>
      </w:r>
    </w:p>
    <w:p>
      <w:r>
        <w:rPr>
          <w:b/>
        </w:rPr>
        <w:t>Web / značka, které se smlouva týká (volitelné):</w:t>
      </w:r>
      <w:r>
        <w:t xml:space="preserve"> __________________________________________</w:t>
      </w:r>
    </w:p>
    <w:p>
      <w:pPr>
        <w:pStyle w:val="Heading1"/>
      </w:pPr>
      <w:r>
        <w:rPr>
          <w:color w:val="000000"/>
        </w:rPr>
        <w:t>Oznámení o odstoupení</w:t>
      </w:r>
    </w:p>
    <w:p>
      <w:r>
        <w:rPr>
          <w:b/>
        </w:rPr>
        <w:t>Tímto oznamuji, že odstupuji od výše označené smlouvy o poskytnutí služby.</w:t>
      </w:r>
    </w:p>
    <w:p>
      <w:r>
        <w:t>Důvod odstoupení není nutné uvádět.</w:t>
      </w:r>
    </w:p>
    <w:p>
      <w:r>
        <w:t>Pokud jsem výslovně požádal/a o zahájení služby před uplynutím lhůty pro odstoupení a odstupuji před jejím úplným poskytnutím, beru na vědomí, že Poskytovatel může za zákonných podmínek požadovat pouze poměrnou část ceny odpovídající plnění skutečně poskytnutému do okamžiku odstoupení.</w:t>
      </w:r>
    </w:p>
    <w:p>
      <w:pPr>
        <w:pStyle w:val="Heading1"/>
      </w:pPr>
      <w:r>
        <w:rPr>
          <w:color w:val="000000"/>
        </w:rPr>
        <w:t>Datum a podpis</w:t>
      </w:r>
    </w:p>
    <w:p>
      <w:r>
        <w:rPr>
          <w:b/>
        </w:rPr>
        <w:t>Datum:</w:t>
      </w:r>
      <w:r>
        <w:t xml:space="preserve"> ________________________________________</w:t>
      </w:r>
    </w:p>
    <w:p>
      <w:r>
        <w:rPr>
          <w:b/>
        </w:rPr>
        <w:t>Podpis spotřebitele:</w:t>
      </w:r>
      <w:r>
        <w:t xml:space="preserve"> ________________________________________</w:t>
      </w:r>
    </w:p>
    <w:p>
      <w:pPr>
        <w:pStyle w:val="DraftNote"/>
      </w:pPr>
      <w:r>
        <w:t>Podpis se vyžaduje pouze tehdy, je-li formulář zasílán v listinné podobě.</w:t>
      </w:r>
    </w:p>
    <w:p>
      <w:pPr>
        <w:pStyle w:val="Heading1"/>
      </w:pPr>
      <w:r>
        <w:rPr>
          <w:color w:val="000000"/>
        </w:rPr>
        <w:t>Jak formulář odeslat</w:t>
      </w:r>
    </w:p>
    <w:p>
      <w:pPr>
        <w:pStyle w:val="ListBullet"/>
      </w:pPr>
      <w:r>
        <w:t>e-mailem na info@yorvado.cz;</w:t>
      </w:r>
    </w:p>
    <w:p>
      <w:pPr>
        <w:pStyle w:val="ListBullet"/>
      </w:pPr>
      <w:r>
        <w:t>u služby Studium v klidu také e-mailem na info@studiumvklidu.cz; nebo</w:t>
      </w:r>
    </w:p>
    <w:p>
      <w:pPr>
        <w:pStyle w:val="ListBullet"/>
      </w:pPr>
      <w:r>
        <w:t>poštou na adresu sídla: YORVADO Solutions s.r.o., kpt. Nálepky 962/13, 779 00 Olomouc, Česká republika.</w:t>
      </w:r>
    </w:p>
    <w:p>
      <w:r>
        <w:t>Pro zachování lhůty postačí odstoupení odeslat před jejím uplynutím. Doporučujeme uschovat doklad o odeslání.</w:t>
      </w:r>
    </w:p>
    <w:p>
      <w:pPr>
        <w:pStyle w:val="DraftNote"/>
      </w:pPr>
      <w:r>
        <w:t>Verze 2026-10-03. Formulář je určen pro spotřebitelské smlouvy o službách uzavřené na dálku. Zákonná lhůta je zpravidla 14 dnů od uzavření smlouvy; počítá se od následujícího dne. Připadne-li její konec na sobotu, neděli nebo svátek, končí následující pracovní den. Podpis není potřeba při zaslání e-mailem. Odstoupení nevyžaduje uvedení důvodu, telefonní kontakt ani nové přihlášení.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YORVADO Solutions s.r.o. • Vzor odstoupení • verze 2026-10-03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raftNote">
    <w:name w:val="Draft Note"/>
    <w:pPr>
      <w:spacing w:after="160"/>
    </w:pPr>
    <w:rPr>
      <w:rFonts w:ascii="Aptos" w:hAnsi="Aptos"/>
      <w:i/>
      <w:color w:val="555555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Vzorový formulář pro odstoupení od smlouvy – YORVADO Solutions s.r.o.</dc:title>
  <dc:subject>Pracovní návrh společného formuláře pro YORVADO a Studium v klidu</dc:subject>
  <dc:creator>YORVADO Solutions s.r.o.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